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sz w:val="36"/>
        </w:rPr>
        <w:t>○○學校 Chromebook 與 CEU 採購規格對照表（範本）</w:t>
      </w:r>
    </w:p>
    <w:p>
      <w:pPr>
        <w:spacing w:after="240"/>
      </w:pPr>
      <w:r>
        <w:rPr>
          <w:b w:val="0"/>
          <w:color w:val="5A5A5A"/>
          <w:sz w:val="19"/>
        </w:rPr>
        <w:t>使用方式：把底線與括號內的文字換成貴校實際內容，刪掉不適用的條目。本範本只是寫法示範，不是官方文件，也不保證符合貴校所在縣市或主管機關的最新規定；採購方式、是否可指定廠牌或須註明「或同等品」，請以學校採購單位與主辦機關最新公告為準。文中授權條件依 Google 公開說明整理，簽約前請以官方當期文件為準。</w:t>
      </w:r>
    </w:p>
    <w:p>
      <w:pPr>
        <w:spacing w:after="80"/>
      </w:pPr>
      <w:r>
        <w:rPr>
          <w:b/>
          <w:color w:val="14468C"/>
          <w:sz w:val="26"/>
        </w:rPr>
        <w:t>一、需求盤點（先寫下來，再談規格）</w:t>
      </w:r>
    </w:p>
    <w:p>
      <w:pPr>
        <w:spacing w:after="60"/>
        <w:ind w:left="227"/>
      </w:pPr>
      <w:r>
        <w:rPr>
          <w:b w:val="0"/>
          <w:sz w:val="22"/>
        </w:rPr>
        <w:t>使用情境：□ 一人一機帶回家　□ 班級共用推車　□ 專科教室　□ 其他：__________。</w:t>
      </w:r>
    </w:p>
    <w:p>
      <w:pPr>
        <w:spacing w:after="60"/>
        <w:ind w:left="227"/>
      </w:pPr>
      <w:r>
        <w:rPr>
          <w:b w:val="0"/>
          <w:sz w:val="22"/>
        </w:rPr>
        <w:t>使用對象與年級：______________；數量：______ 台；使用年限：______ 年。</w:t>
      </w:r>
    </w:p>
    <w:p>
      <w:pPr>
        <w:spacing w:after="60"/>
        <w:ind w:left="227"/>
      </w:pPr>
      <w:r>
        <w:rPr>
          <w:b w:val="0"/>
          <w:sz w:val="22"/>
        </w:rPr>
        <w:t>單一教室同時上線裝置數：______ 台（網路承載以這個數字估，不是全校總數）。</w:t>
      </w:r>
    </w:p>
    <w:p>
      <w:pPr>
        <w:spacing w:after="60"/>
        <w:ind w:left="227"/>
      </w:pPr>
      <w:r>
        <w:rPr>
          <w:b w:val="0"/>
          <w:sz w:val="22"/>
        </w:rPr>
        <w:t>管理人力：由 ______________ 負責設定與故障處理。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二、硬體規格</w:t>
      </w:r>
    </w:p>
    <w:p>
      <w:pPr>
        <w:spacing w:after="60"/>
        <w:ind w:left="227"/>
      </w:pPr>
      <w:r>
        <w:rPr>
          <w:b w:val="0"/>
          <w:sz w:val="22"/>
        </w:rPr>
        <w:t>ChromeOS 作業系統，螢幕尺寸：______ 吋，觸控：□ 需要　□ 不需要，翻轉機構：□ 需要　□ 不需要。</w:t>
      </w:r>
    </w:p>
    <w:p>
      <w:pPr>
        <w:spacing w:after="60"/>
        <w:ind w:left="227"/>
      </w:pPr>
      <w:r>
        <w:rPr>
          <w:b w:val="0"/>
          <w:sz w:val="22"/>
        </w:rPr>
        <w:t>記憶體：______ GB 以上；儲存空間：______ GB 以上；電池續航：______ 小時以上（以廠商公告為準）。</w:t>
      </w:r>
    </w:p>
    <w:p>
      <w:pPr>
        <w:spacing w:after="60"/>
        <w:ind w:left="227"/>
      </w:pPr>
      <w:r>
        <w:rPr>
          <w:b w:val="0"/>
          <w:sz w:val="22"/>
        </w:rPr>
        <w:t>耐用性：□ 防潑水鍵盤　□ 抗摔／耐衝擊　□ 其他耐用認證：______________。</w:t>
      </w:r>
    </w:p>
    <w:p>
      <w:pPr>
        <w:spacing w:after="60"/>
        <w:ind w:left="227"/>
      </w:pPr>
      <w:r>
        <w:rPr>
          <w:b w:val="0"/>
          <w:sz w:val="22"/>
        </w:rPr>
        <w:t>連接埠與無線網路：______________。</w:t>
      </w:r>
    </w:p>
    <w:p>
      <w:pPr>
        <w:spacing w:after="60"/>
        <w:ind w:left="227"/>
      </w:pPr>
      <w:r>
        <w:rPr>
          <w:b w:val="0"/>
          <w:sz w:val="22"/>
        </w:rPr>
        <w:t>實際型號與規格以投標或報價文件為準；若採購規定須註明「或同等品」，請依採購單位要求處理。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三、自動更新期限（AUE）</w:t>
      </w:r>
    </w:p>
    <w:p>
      <w:pPr>
        <w:spacing w:after="60"/>
        <w:ind w:left="227"/>
      </w:pPr>
      <w:r>
        <w:rPr>
          <w:b w:val="0"/>
          <w:sz w:val="22"/>
        </w:rPr>
        <w:t>廠商須書面載明所報型號的 AUE（自動更新到期日），日期不得早於驗收後 ______ 年。</w:t>
      </w:r>
    </w:p>
    <w:p>
      <w:pPr>
        <w:spacing w:after="60"/>
        <w:ind w:left="227"/>
      </w:pPr>
      <w:r>
        <w:rPr>
          <w:b w:val="0"/>
          <w:sz w:val="22"/>
        </w:rPr>
        <w:t>AUE 是官方提供系統與安全性更新的截止時間，與保固年限是兩回事，兩者都要在報價中寫清楚。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四、CEU（Chrome Education Upgrade）管理授權</w:t>
      </w:r>
    </w:p>
    <w:p>
      <w:pPr>
        <w:spacing w:after="60"/>
        <w:ind w:left="227"/>
      </w:pPr>
      <w:r>
        <w:rPr>
          <w:b w:val="0"/>
          <w:sz w:val="22"/>
        </w:rPr>
        <w:t>學校須能透過 Google 管理主控台集中管理裝置，包含網站過濾、應用程式限制與遺失裝置遠端清除資料。</w:t>
      </w:r>
    </w:p>
    <w:p>
      <w:pPr>
        <w:spacing w:after="60"/>
        <w:ind w:left="227"/>
      </w:pPr>
      <w:r>
        <w:rPr>
          <w:b w:val="0"/>
          <w:sz w:val="22"/>
        </w:rPr>
        <w:t>CEU 授權取得方式：□ 隨機型附帶　□ 另行採購。授權期限：______________（以廠商書面載明為準）。</w:t>
      </w:r>
    </w:p>
    <w:p>
      <w:pPr>
        <w:spacing w:after="60"/>
        <w:ind w:left="227"/>
      </w:pPr>
      <w:r>
        <w:rPr>
          <w:b w:val="0"/>
          <w:sz w:val="22"/>
        </w:rPr>
        <w:t>數量：每台裝置 1 份，合計 ______ 份。</w:t>
      </w:r>
    </w:p>
    <w:p>
      <w:pPr>
        <w:spacing w:after="60"/>
        <w:ind w:left="227"/>
      </w:pPr>
      <w:r>
        <w:rPr>
          <w:b w:val="0"/>
          <w:sz w:val="22"/>
        </w:rPr>
        <w:t>綁定與註冊方式：□ 廠商於出貨前完成　□ 學校自行完成，廠商提供操作說明。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五、管理與派送</w:t>
      </w:r>
    </w:p>
    <w:p>
      <w:pPr>
        <w:spacing w:after="60"/>
        <w:ind w:left="510"/>
      </w:pPr>
      <w:r>
        <w:rPr>
          <w:b w:val="0"/>
          <w:sz w:val="22"/>
        </w:rPr>
        <w:t>□ 組織單位（OU）與裝置政策規劃建議　□ 預先安裝應用程式與書籤　□ 網路與帳號登入設定。</w:t>
      </w:r>
    </w:p>
    <w:p>
      <w:pPr>
        <w:spacing w:after="60"/>
        <w:ind w:left="227"/>
      </w:pPr>
      <w:r>
        <w:rPr>
          <w:b w:val="0"/>
          <w:sz w:val="22"/>
        </w:rPr>
        <w:t>既有舊電腦是否一併升級：□ 否　□ 是（ChromeOS Flex，台數：______）。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六、保固與維修</w:t>
      </w:r>
    </w:p>
    <w:p>
      <w:pPr>
        <w:spacing w:after="60"/>
        <w:ind w:left="227"/>
      </w:pPr>
      <w:r>
        <w:rPr>
          <w:b w:val="0"/>
          <w:sz w:val="22"/>
        </w:rPr>
        <w:t>保固期間：______ 年；故障處理：□ 到校收件　□ 學校自行送修；換機或修復時限：______ 日內。</w:t>
      </w:r>
    </w:p>
    <w:p>
      <w:pPr>
        <w:spacing w:after="60"/>
        <w:ind w:left="227"/>
      </w:pPr>
      <w:r>
        <w:rPr>
          <w:b w:val="0"/>
          <w:sz w:val="22"/>
        </w:rPr>
        <w:t>備用機：□ 需要，比例 ______ ％　□ 不需要。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七、配件</w:t>
      </w:r>
    </w:p>
    <w:p>
      <w:pPr>
        <w:spacing w:after="60"/>
        <w:ind w:left="510"/>
      </w:pPr>
      <w:r>
        <w:rPr>
          <w:b w:val="0"/>
          <w:sz w:val="22"/>
        </w:rPr>
        <w:t>□ 充電車（容量 ______ 台）　□ 充電器　□ 保護殼　□ 耳機　□ 其他：______________。</w:t>
      </w:r>
    </w:p>
    <w:p>
      <w:pPr>
        <w:spacing w:after="40"/>
      </w:pPr>
    </w:p>
    <w:p>
      <w:pPr>
        <w:spacing w:after="80"/>
      </w:pPr>
      <w:r>
        <w:rPr>
          <w:b/>
          <w:color w:val="14468C"/>
          <w:sz w:val="26"/>
        </w:rPr>
        <w:t>八、交貨與驗收</w:t>
      </w:r>
    </w:p>
    <w:p>
      <w:pPr>
        <w:spacing w:after="60"/>
        <w:ind w:left="227"/>
      </w:pPr>
      <w:r>
        <w:rPr>
          <w:b w:val="0"/>
          <w:sz w:val="22"/>
        </w:rPr>
        <w:t>交貨日期：______ 年 ____ 月 ____ 日前；交貨地點：______________。</w:t>
      </w:r>
    </w:p>
    <w:p>
      <w:pPr>
        <w:spacing w:after="60"/>
        <w:ind w:left="227"/>
      </w:pPr>
      <w:r>
        <w:rPr>
          <w:b w:val="0"/>
          <w:sz w:val="22"/>
        </w:rPr>
        <w:t>驗收項目：□ 數量與序號清冊　□ 抽測 ____ 台開機與登入　□ CEU 授權狀態　□ AUE 日期文件　□ 保固文件。</w:t>
      </w:r>
    </w:p>
    <w:p>
      <w:pPr>
        <w:spacing w:after="40"/>
      </w:pPr>
    </w:p>
    <w:p>
      <w:r>
        <w:br w:type="page"/>
      </w:r>
    </w:p>
    <w:p>
      <w:pPr>
        <w:spacing w:after="160"/>
      </w:pPr>
      <w:r>
        <w:rPr>
          <w:b/>
          <w:color w:val="14468C"/>
          <w:sz w:val="28"/>
        </w:rPr>
        <w:t>附：送審前自我檢查</w:t>
      </w:r>
    </w:p>
    <w:p>
      <w:pPr>
        <w:spacing w:after="160"/>
      </w:pPr>
      <w:r>
        <w:rPr>
          <w:b w:val="0"/>
          <w:sz w:val="22"/>
        </w:rPr>
        <w:t>□ 是否寫了 AUE 日期，而不只寫保固年限？</w:t>
      </w:r>
    </w:p>
    <w:p>
      <w:pPr>
        <w:spacing w:after="160"/>
      </w:pPr>
      <w:r>
        <w:rPr>
          <w:b w:val="0"/>
          <w:sz w:val="22"/>
        </w:rPr>
        <w:t>□ 是否算過教室無線網路的同時上線承載量？</w:t>
      </w:r>
    </w:p>
    <w:p>
      <w:pPr>
        <w:spacing w:after="160"/>
      </w:pPr>
      <w:r>
        <w:rPr>
          <w:b w:val="0"/>
          <w:sz w:val="22"/>
        </w:rPr>
        <w:t>□ CEU 是否每台一份，期限與取得方式是否寫清楚？</w:t>
      </w:r>
    </w:p>
    <w:p>
      <w:pPr>
        <w:spacing w:after="160"/>
      </w:pPr>
      <w:r>
        <w:rPr>
          <w:b w:val="0"/>
          <w:sz w:val="22"/>
        </w:rPr>
        <w:t>□ 充電、保管與故障換機的做法是否已納入？</w:t>
      </w:r>
    </w:p>
    <w:p>
      <w:pPr>
        <w:spacing w:after="0"/>
      </w:pPr>
      <w:r>
        <w:rPr>
          <w:b w:val="0"/>
          <w:color w:val="787878"/>
          <w:sz w:val="17"/>
        </w:rPr>
        <w:t>範本提供：鴻綸科技 www.hunglun.com　　相關說明：www.hunglun.com/knowledge/procurement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